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7C3AED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🎯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קלפי מילה משותפת – א׳–ו׳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כל הרמות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7C3AED"/>
          <w:sz w:val="36"/>
          <w:rtl w:val="1"/>
          <w:bCs/>
          <w:szCs w:val="36"/>
        </w:rPr>
        <w:t>🃏 חפיסת קלפים להדפסה ולגזירה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dab">
        <w:r>
          <w:rPr>
            <w:rtl w:val="1"/>
            <w:u w:val="single"/>
            <w:color w:val="1E40AF"/>
          </w:rPr>
          <w:t xml:space="preserve">• 🐣 א׳–ב׳</w:t>
        </w:r>
      </w:hyperlink>
    </w:p>
    <w:p>
      <w:pPr>
        <w:bidi w:val="1"/>
        <w:jc w:val="right"/>
      </w:pPr>
      <w:hyperlink w:anchor="dgd">
        <w:r>
          <w:rPr>
            <w:rtl w:val="1"/>
            <w:u w:val="single"/>
            <w:color w:val="1E40AF"/>
          </w:rPr>
          <w:t xml:space="preserve">• 🚀 ג׳–ד׳</w:t>
        </w:r>
      </w:hyperlink>
    </w:p>
    <w:p>
      <w:pPr>
        <w:bidi w:val="1"/>
        <w:jc w:val="right"/>
      </w:pPr>
      <w:hyperlink w:anchor="dhv">
        <w:r>
          <w:rPr>
            <w:rtl w:val="1"/>
            <w:u w:val="single"/>
            <w:color w:val="1E40AF"/>
          </w:rPr>
          <w:t xml:space="preserve">• 🎒 ה׳–ו׳</w:t>
        </w:r>
      </w:hyperlink>
    </w:p>
    <w:p>
      <w:pPr>
        <w:pStyle w:val="Heading1"/>
        <w:bidi w:val="1"/>
        <w:jc w:val="right"/>
      </w:pPr>
      <w:bookmarkStart w:id="75210" w:name="dtop"/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🧩 קלפי מילה משותפת</w:t>
      </w:r>
      <w:bookmarkEnd w:id="75210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מדפיסים, גוזרים לאורך הקווים ומקפלים: השאלה בחזית, התשובה למטה (אפשר לקפל אותה לאחור). גרסה אינטראקטיבית: עמוד 'קלפים' באתר.</w:t>
      </w:r>
    </w:p>
    <w:p>
      <w:pPr>
        <w:pStyle w:val="Heading2"/>
        <w:bidi w:val="1"/>
        <w:jc w:val="right"/>
      </w:pPr>
      <w:bookmarkStart w:id="25973" w:name="dab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🐣 א׳–ב׳</w:t>
      </w:r>
      <w:bookmarkEnd w:id="25973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📚 סֵפֶר · 🏥 חוֹלִים · 🕍 כְּנֶסֶת · ☕ קָפֶה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זֶה מָקוֹם שֶׁגָּרִים בּוֹ 🏠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בַּיִת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🧒 יְלָדִים · 🦁 חַיּוֹת · 🎠 שַׁעֲשׁוּעִים · 🌷 פְּרָחִים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מָקוֹם יָרֹק עִם עֵצִים 🌳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גַּן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🍊 תַּפּוּזִים · 🍇 עֲנָבִים · 🍎 תַּפּוּחִים · 🍋 לִימוֹן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שׁוֹתִים אוֹתוֹ מִכּוֹס 🥤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מִיץ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👒 כּוֹבַע · 🕶️ מִשְׁקְפֵי · 🧴 קֶרֶם · 🌅 שְׁקִיעַת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הִיא זוֹרַחַת בַּבֹּקֶר ☀️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שֶׁמֶשׁ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🎂 הֻלֶּדֶת · 🎉 כֵּיף · 🌧️ גָּשׁוּם · 🏖️ חֹפֶשׁ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בַּשָּׁבוּעַ יֵשׁ שִׁבְעָה כָּאֵלֶּה 📅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יוֹם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🏀 סַל · 🎈 פּוֹרֵחַ · ❄️ שֶׁלֶג · 🌍 הָאָרֶץ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עָגֹל וּמְשַׂחֲקִים בּוֹ ⚽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כַּדּוּר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🍫 שׁוֹקוֹלָד · 🧀 גְּבִינָה · 🍎 תַּפּוּחִים · 🥕 גֶּזֶר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אוֹפִים אוֹתָהּ בַּתַּנּוּר 🎂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עוּגָה</w:t>
            </w:r>
          </w:p>
        </w:tc>
        <w:tc>
          <w:tcPr>
            <w:tcW w:type="dxa" w:w="5103"/>
          </w:tcPr>
          <w:p/>
        </w:tc>
      </w:tr>
    </w:tbl>
    <w:p>
      <w:pPr>
        <w:pStyle w:val="Heading2"/>
        <w:bidi w:val="1"/>
        <w:jc w:val="right"/>
      </w:pPr>
      <w:bookmarkStart w:id="10528" w:name="dgd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🚀 ג׳–ד׳</w:t>
      </w:r>
      <w:bookmarkEnd w:id="10528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🌙 ירח · 🟢 ירוק · 🕯️ נר · ✨ כוכבים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ההפך מחושך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אור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🎢 הרים · 🚇 תחתית · 📦 משא · 🚊 קלה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נוסעת על פסים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רכבת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🛏️ שינה · 🍽️ אוכל · 👩‍🏫 מורים · 🏋️ כושר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יש לו קירות, דלת וחלון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חדר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⌚ יד · 🔔 מעורר · ⏳ חול · 🧱 קיר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הוא מראה מה השעה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שעון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🥇 זהב · 🗡️ חרב · 🤡 ליצן · 🧂 מלוח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שוחה במים ויש לו סנפירים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דג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🌊 ים · ☄️ שביט · 🪐 לכת · 🌠 נופל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נוצץ בשמיים בלילה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כוכב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📰 עיתון · ✨ כסף · 🪟 זכוכית · 🧻 טואלט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כותבים ומציירים עליו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נייר</w:t>
            </w:r>
          </w:p>
        </w:tc>
        <w:tc>
          <w:tcPr>
            <w:tcW w:type="dxa" w:w="5103"/>
          </w:tcPr>
          <w:p/>
        </w:tc>
      </w:tr>
    </w:tbl>
    <w:p>
      <w:pPr>
        <w:pStyle w:val="Heading2"/>
        <w:bidi w:val="1"/>
        <w:jc w:val="right"/>
      </w:pPr>
      <w:bookmarkStart w:id="63903" w:name="dhv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🎒 ה׳–ו׳</w:t>
      </w:r>
      <w:bookmarkEnd w:id="63903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🥇 זהב · 🪨 אבן · 🌊 ים · 🔥 חם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איבר שפועם בגוף – וגם סמל לרגש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לב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🍎 השנה · 🏙️ עיר · 😎 גדול · 🌑 חודש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החלק העליון בגוף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ראש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🌪️ הסערה · 😊 טובה · 🦅 חדה · 💧 מים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רואים בעזרתה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עין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🐘 שן · ✈️ פיקוח · 💧 מים · 🃏 קלפים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בניין גבוה וצר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מגדל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🏙️ רקיע · 🌍 המשווה · 🟥 אדום · 📐 ישר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מסמנים אותו בעזרת סרגל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קו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🍼 ערש · 👥 עם · 🧒 ילדים · ❤️ אהבה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שרים אותו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שיר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✋ יד · 🦶 רגל · ⚖️ מאזניים · 🍲 מרק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אוכלים בה מרק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כף</w:t>
            </w:r>
          </w:p>
        </w:tc>
        <w:tc>
          <w:tcPr>
            <w:tcW w:type="dxa" w:w="5103"/>
          </w:tcPr>
          <w:p/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קלפי מילה משותפת – א׳–ו׳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קלפי מילה משותפת – א׳–ו׳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