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חדרי בריחה – שלב אחר שלב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🔐 קלפי חדרי בריחה – שלב אחר שלב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4337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2433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⏳ מכונת הזמן במעבדה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המסך מופיעים מספרים: 21-2-16. מתחתם כתוב: 'א=1, ב=2, ג=3 … ת=22'.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פענחו את המילה לפי מיקום האותיות באלף-בית. המילה היא שם של מספר – והוא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⏳ מכונת הזמן במעבדה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שלושה מכשירים בתא – שעון, מצפן ומגן – יש מדבקות בשלושה צבעים שונים: אדום, כחול וירוק. בפתק כתוב: 'השעון אינו אדום ואינו כחול. המצפן אינו אדום'.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צבע המגן? מספר האותיות בשם הצבע של המגן הוא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⏳ מכונת הזמן במעבדה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לוח הבקרה נדלקות נורות לפי הסדרה: 1, 4, 9, 16, 25, 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מהו האיבר הבא בסדרה? ספרת האחדות שלו היא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⏳ מכונת הזמן במעבדה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השעון הדיגיטלי כתוב: 'השעה עכשיו 10:00. המכונה קופצת 100 שעות קדימה'.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תהיה השעה בשעון של 24 שעות אחרי הקפיצה? ספרת האחדות של השעה היא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🚡 התא של הרכבל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בשלט בתחנה התחתונה כתוב: 'ברכבל 36 תאים, ורבע מהם צבועים באדום'.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תאים אדומים יש?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🚡 התא של הרכבל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דופן התא כתובה חידת מילים: 'אני חלק בפנים שבעזרתו רואים – וגם מקום שממנו נובעים מים'.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מהי המילה? מספר האותיות בה הוא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🚡 התא של הרכבל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בשלט: 'הרכבל מתקדם 300 מטר בכל דקה. אורך המסלול לפסגה הוא 1,500 מטר'.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דקות נמשכת הנסיעה לפסגה?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🚡 התא של הרכבל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בפסגה שלושה שלטים על הספרה האחרונה. שלט א: 'הספרה היא 2'. שלט ב: 'הספרה אינה 2'. שלט ג: 'הספרה היא 1'. ידוע שבדיוק שניים מהשלטים אומרים אמת.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איזו ספרה (0–9) מתאימה? זו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🏝️ בקבוק על החוף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במפה כתוב: 'התחילו בעץ הדקל. צעדו 3 צעדים צפונה ואז 4 צעדים מזרחה'.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המרחק בקו ישר מהדקל לנקודה שהגעתם אליה (בצעדים)?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🏝️ בקבוק על החוף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המכתב כתוב בצופן: 'תת'. בשוליים: 'כל אות הוחלפה באות שבאה אחריה באלף-בית'.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המילה המקורית? זו מילה של מספר – והוא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🏝️ בקבוק על החוף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מכסה התיבה מצויר ריבוע 3×3 של מספרים. ידוע שסכום כל שורה הוא 15. בשורה העליונה כתוב: 2, ?, 6.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איזה מספר חסר?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🏝️ בקבוק על החוף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בתוך כיס קטן במפה: 3 מטבעות של 5 ו-2 מטבעות של 2.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הסכום של כל המטבעות? ספרת האחדות של הסכום היא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</w:t>
            </w:r>
          </w:p>
        </w:tc>
      </w:tr>
    </w:tbl>
    <w:p>
      <w:pPr>
        <w:pStyle w:val="Heading2"/>
        <w:bidi w:val="1"/>
        <w:jc w:val="right"/>
      </w:pPr>
      <w:bookmarkStart w:id="3410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3410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תחנת המחקר בקרח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לוח הבקרה ארבע נורות בשורה: דולקת – כבויה – כבויה – דולקת. ליד הלוח כתוב: 'דולקת=1, כבויה=0. קראו את המספר בבסיס 2'.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מהו המספר בבסיס 10?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תחנת המחקר בקרח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ביומן התחנה: 'היום יום שלישי. ספינת האספקה תגיע בעוד 100 ימים בדיוק'.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באיזה יום בשבוע תגיע הספינה? מספר היום (ראשון=1 … שבת=7) הוא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תחנת המחקר בקרח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המיקרוסקופ מודבק פתק מוצפן: 'דאהק'. מתחת: 'כל אות הוזזה 3 מקומות קדימה באלף-בית (אחרי ת׳ חוזרים לא׳; אותיות סופיות נכתבות כרגילות)'.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פענחו את המילה. זו מילה של מספר – והוא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תחנת המחקר בקרח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המנעול עצמו סדרה: 2, 6, 12, 20, 30, 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מצאו את האיבר הבא. ספרת האחדות שלו היא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🖨️ הכספת בבית הדפוס הישן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מעל מכונת הדפוס תלוי לוח עם ספרות רומיות: LXXVIII.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המירו את המספר לספרות רגילות. ספרת העשרות היא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🖨️ הכספת בבית הדפוס הישן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במגירה יש שלוש אותיות עופרת: א, ב, ג. הדפס היה בוחר שתיים מהן ומסדר אותן בשורה (הסדר חשוב).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סידורים שונים של שתי אותיות אפשריים? זו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🖨️ הכספת בבית הדפוס הישן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דף מודפס יש רשימה: ספר, נהר, שמש, ילד.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איזו מילה נקראת אותו דבר מימין לשמאל ומשמאל לימין (פָּלִינְדְרוֹם)? מקומה ברשימה הוא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🖨️ הכספת בבית הדפוס הישן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דלת הכספת חרוטות שתי משוואות: x + y = 11 ו-x − y = 3.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מצאו את x ואת y. ספרת האחדות של המכפלה x·y היא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🔭 הלילה במצפה הכוכבים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בדף כתוב: 'המרחק מכדור הארץ לשמש הוא בערך 150 מיליון ק״מ. מהירות האור היא בערך 300,000 ק״מ בשנייה'.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דקות לוקח לאור השמש להגיע אלינו? עגלו למספר שלם –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🔭 הלילה במצפה הכוכבים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ביומן התצפיות: 'בכל לילה ראינו בטלסקופ פי 2 מטאורים מאשר בלילה הקודם. בלילה החמישי ראינו 48'.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מטאורים ראו בלילה הראשון? זו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🔭 הלילה במצפה הכוכבים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לוח הכיתה במצפה מצוירים 4 כוכבים, ואין שלושה מהם על קו ישר אחד.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קטעים ישרים שונים אפשר למתוח, כשכל קטע מחבר שני כוכבים?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🔭 הלילה במצפה הכוכבים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בשעון הקיר של המצפה יש 12 שעות. עכשיו השעה 9:00, והתצפית הבאה מתוכננת בעוד 40 שעות.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תראה מחוג השעות אז? מספר השעה הוא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</w:t>
            </w:r>
          </w:p>
        </w:tc>
      </w:tr>
    </w:tbl>
    <w:p>
      <w:pPr>
        <w:pStyle w:val="Heading2"/>
        <w:bidi w:val="1"/>
        <w:jc w:val="right"/>
      </w:pPr>
      <w:bookmarkStart w:id="47152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47152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🍊 הַמַּפְתֵּחַ בַּשּׁוּק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הַדּוּכָן יֵשׁ תַּפּוּחִים: 🍎🍎🍎🍎🍎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תַּפּוּחִים יֵשׁ? זֹאת הַסִּפְרָה הָרִאשׁוֹנָה. (How many apples?)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🍊 הַמַּפְתֵּחַ בַּשּׁוּק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תַּפּוּז 🍊 עוֹלֶה 2 שְׁקָלִים. קוֹנִים 4 תַּפּוּזִים.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מְשַׁלְּמִים? זֹאת הַסִּפְרָה הַשְּׁנִיָּה. (How much do we pay?)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🍊 הַמַּפְתֵּחַ בַּשּׁוּק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הַיּוֹם יוֹם רִאשׁוֹן. רִאשׁוֹן = 1, שֵׁנִי = 2, שְׁלִישִׁי = 3.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אֵיזֶה יוֹם מָחָר? הַמִּסְפָּר שֶׁל הַיּוֹם הוּא הַסִּפְרָה הָאַחֲרוֹנָה. (What day is tomorrow?)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🏠 הַדֶּלֶת שֶׁל הַדִּירָה הַחֲדָשָׁה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בַּבִּנְיָן יֵשׁ 4 קוֹמוֹת. הַדִּירָה בַּקּוֹמָה הָאַחֲרוֹנָה. 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בְּאֵיזוֹ קוֹמָה הַדִּירָה? זֹאת הַסִּפְרָה הָרִאשׁוֹנָה. (Which floor?)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🏠 הַדֶּלֶת שֶׁל הַדִּירָה הַחֲדָשָׁה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בַּמִּטְבָּח יֵשׁ 3 כּוֹסוֹת 🥛 וְ-6 צַלָּחוֹת 🍽️.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כֵּלִים יֵשׁ בְּסַךְ הַכֹּל? זֹאת הַסִּפְרָה הַשְּׁנִיָּה. (How many dishes in total?)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🏠 הַדֶּלֶת שֶׁל הַדִּירָה הַחֲדָשָׁה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בַּסָּלוֹן יֵשׁ חַלּוֹנוֹת: 🪟🪟🪟🪟🪟🪟🪟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חַלּוֹנוֹת יֵשׁ? זֹאת הַסִּפְרָה הָאַחֲרוֹנָה. (How many windows?)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</w:tr>
    </w:tbl>
    <w:p>
      <w:pPr>
        <w:pStyle w:val="Heading2"/>
        <w:bidi w:val="1"/>
        <w:jc w:val="right"/>
      </w:pPr>
      <w:bookmarkStart w:id="94073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40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🚌 קֻפְסַת הַכְּרִיכִים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🥪🥪🥪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כְּרִיכִים? 🥪 ← זוֹ סִפְרָה בַּקּוֹד 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🚌 קֻפְסַת הַכְּרִיכִים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🍌🍌🍌🍌🍌🍌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בָּנָנוֹת? 🍌 ← זוֹ סִפְרָה בַּקּוֹד 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🚌 קֻפְסַת הַכְּרִיכִים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🧃🧃 וְעוֹד 🧃🧃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מִיצִים? 🧃 ← זוֹ סִפְרָה בַּקּוֹד 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🐶 הַכַּדּוּר שֶׁל הַכְּלַבְלַב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🐾🐾🐾🐾🐾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עֲקֵבוֹת? 🐾 ← זוֹ סִפְרָה בַּקּוֹד 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🐶 הַכַּדּוּר שֶׁל הַכְּלַבְלַב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🦴🦴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עֲצָמוֹת? 🦴 ← זוֹ סִפְרָה בַּקּוֹד 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🐶 הַכַּדּוּר שֶׁל הַכְּלַבְלַב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⭐⭐⭐⭐⭐⭐⭐⭐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כּוֹכָבִים? ⭐ ← זוֹ סִפְרָה בַּקּוֹד 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חדרי בריחה – שלב אחר שלב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חדרי בריחה – שלב אחר שלב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